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دلالات الشخصية الرمزية في رواية كليلة ودمنة بين الوجه والقناع قصة *القرد والغيلم*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بلخلفة ضياء الدين/ بوسكاية شهرزاد(مشرفا)/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800231611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