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صعوبات تعلم اللغة العربية كلغة ثانيةفي مرحلة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جبايلي لمياء/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