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 "سنونوات كابول " لياسمينة خضرا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غربوج دلال/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800232911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