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بغداد وقد انتصف الليلفيها لحياةالرايس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اسيا/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