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السرد في رواية على مرفأ الأيام لأحلام مستغانمي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قدور حنان/ بوريو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800234211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