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السرد في رواية "الأسود يليق بك"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بولقرود إيمان/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