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الماء في الشعر الجاهلي امرؤ القيس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موسى سمية/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800236311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