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البلاد المغاربية بوصفها جماعة متخيلة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103-114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