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" صديقتي اليهودية" لصبحي فحماوي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بورافة بشرى/ نوادرية كريمة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