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"خطيئة مريم "لعلاوة كوسة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ناموس بشرى/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800236911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