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أنا لي سماء كالسماء" لتميم البرغوتي - مقارب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ورة سوسن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