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رواية "ريح يوسف"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جمال/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