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ملامح الحداثة في رواية " الزاوية المنسية" لليامين بن التومي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بودن أسامة/ كريبع نسيمة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800237811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