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مدينة في أزمة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25-40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