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القصة القصيرة جدا" ترانيم في حضرة القبح لبشير خلف"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بلعقون أمال/ نوادرية كريمة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800240011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