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الرحلة في كتاب نزهة الانظار في فصل علم التاريخ والأخبار -رحلة الورتلاني-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بوسبتة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