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الذات /الهوية في رواية" تصريح بضياع "لسميرقسيمي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بوقرية رضوان/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