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الذات في رواية " البئر" لعزيزة بوقاعدة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بوربالة فتيحة/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