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"دمية النار" لبشير مفتي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 أميرة/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