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الشخصية في رواية "ليلة الريس الأخيرة" لياسمينة خضرا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دليلة/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