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شرف شمس غرب القمر للفيتوري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سميرة/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