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قال سليمان لسليمان جوادي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