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الصوت في المدارس الابتدائية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خنور نجلاء/ معاشو بوشمة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800243711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