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قصيدة* الحرية* لأحمد مطر-مقاربة بنيوية-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راجح هدى/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800243911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