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أدب الطفل في عملية البناء اللغوي عند الطفل السنة الرابعة ابتدائي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عبادو أصالة/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