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العملية التعليمية في ضوءالنظريات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بولمداود فاطمة/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