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الأشغال اليدويةودورها في في تنمية الحس الاكتشافي لدى تلاميد السنة الاولى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حموش شبيلة/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