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نطق الصوت عند الطفل في المدرسة الابتدائية( التحضيري 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منيرة/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