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التعليمية ودورها في تعليم اللغة العربية  السنة الثالثة إبتدائي كتاب اللغة العربية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لكحل سارة/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