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التلفزيون بتعلم النطق ونمو اللغة لدى الطفل -دراسة وصفية في دور الحضانة-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سميحة/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