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في معجم علوم اللغة العربية عن الائمة لمحمد سليمان عبد الله الاشقر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بوقطة عائشة/ بوشريط جوهرة(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800247511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