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اللغة العربية الموجهة لتلاميذ السنة الرابعة متوسط -دراسة تقويمية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بودميعة سلمى/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