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التغيرات الصوتية في اللغة العربية ودورها في بناء الكلمة المفردة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بواللحم صباح/ نوري خدري(مشرفا)/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800251311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