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محادثة تلاميذ السنة الاولى إبتدائي بين الصف وخارجه - 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عشبي إلهام/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