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خطب الديكتاتور الموزونة -مقاربة بنيوية تحليلية-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علام زينة/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800252211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