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قصيدة "انا يوسف ياأبي" لمحمود درويش سيميائيا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فريال/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