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ضعف التحصيل العلمي لدى تلاميذ الطور الإبتدائي -دراسة في المفهوم والاساليب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كنزة ربوح/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