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أساليب التقويم في الانشطة اللغوية الصورة البيانية في كتاب اللغة العربية - السنة الثالثة ثانوي انمودجا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بوكماية نبيلة/ بوجرة سميرة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800254411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