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الحدف في اللغة العربية دراسة نحويةدلالية -نمادج من القران الكريم-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بوختالة مسعودة/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