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تعليمي واليات وضعه - المعجم التربو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سمية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