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الجملة العربية في الكتابات اللسانية التوليدية التحويلية - كتاب البناء الموازي لعبد القادر الفاسي الفهري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مزهود ريحانة/ بقاح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800257311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