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علم النفس التربوي لعبد الحي علي محمود -قراءة وصفية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طباخ اميرة/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