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مكتسبات التلاميذ بين التدريس بالكفاءات المقررة والتدريس بالمضامين المعتمدة سنة خامسة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بوفاغر حورية/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