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المقصور في القران الكريم -دراسة دلالية في سورة الاعلى-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صباح/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