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"بين الجيل الاول والثاني من التعليم المتوسط"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إيمان/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