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المعارف اللسانية في تعليمية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حملاوي سارة/ حمر العين عبد الهادي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800260211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