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"باب السبت" لعبد القادر مهداوي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بلوط منيرة/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