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اليات اكتساب ملكة القراءة من خلال الكتب المساعدة للثالثةابتدائي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خديجة/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