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رسائل جبران خليل جبران الى مي زيادة" الشعلة الزرقاء" دراسة في المحتوى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قريني إلهام/ بوسكاية شهرزاد(مشرفا)/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800277511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