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تقييم وتحفيز التحصيل الدراسي لتلاميذ المرحلة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كماح شيراز/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